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VD_GERICHTE ZD25.043175 vom 2. April 2026</w:t>
      </w:r>
    </w:p>
    <w:p>
      <w:r>
        <w:t>VD Tribunal cantonal, 2026-04-02, FR</w:t>
      </w:r>
    </w:p>
    <w:p>
      <w:r>
        <w:rPr>
          <w:b/>
        </w:rPr>
        <w:t xml:space="preserve">Quelle: </w:t>
      </w:r>
      <w:r>
        <w:t>https://mcp.opencaselaw.ch/entscheid/vd_gerichte_ZD25.043175</w:t>
      </w:r>
    </w:p>
    <w:p>
      <w:r>
        <w:t>FR: VD_GERICHTE ZD25.043175 du 2 avril 2026</w:t>
      </w:r>
    </w:p>
    <w:p>
      <w:r>
        <w:t>IT: VD_GERICHTE ZD25.043175 del 2 aprile 2026</w:t>
      </w:r>
    </w:p>
    <w:p>
      <w:pPr>
        <w:pStyle w:val="Heading2"/>
      </w:pPr>
      <w:r>
        <w:t>Erwägungen</w:t>
      </w:r>
    </w:p>
    <w:p>
      <w:r>
        <w:rPr>
          <w:b/>
        </w:rPr>
        <w:t>E. 9</w:t>
      </w:r>
    </w:p>
    <w:p>
      <w:r>
        <w:t>En définitive, le recours, mal fondé, doit être rejeté et la décision entreprise confirmée. La procédure de recours en matière de contestations portant sur des prestations de l’assurance-invalidité est soumise à des frais de justice (art. 69 al. 1bis LAI). Il convient de les fixer à 600 fr. et de les mettre à la charge de la partie recourante, vu le sort de ses conclusions. Il n’y a pas lieu d’allouer de dépens à la recourante, qui n’obtient pas gain de cause (art. 61 let. g LPGA).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