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BS_SOZIALVERSICHERUNGSGERICHT BV.2024.1 vom 13. August 2024</w:t>
      </w:r>
    </w:p>
    <w:p>
      <w:r>
        <w:t>Bs Sozialversicherungsgericht, 2024-08-13, DE</w:t>
      </w:r>
    </w:p>
    <w:p>
      <w:r>
        <w:rPr>
          <w:b/>
        </w:rPr>
        <w:t xml:space="preserve">Quelle: </w:t>
      </w:r>
      <w:r>
        <w:t>https://mcp.opencaselaw.ch/entscheid/bs_sozialversicherungsgericht_BV.2024.1</w:t>
      </w:r>
    </w:p>
    <w:p>
      <w:r>
        <w:t>FR: BS_SOZIALVERSICHERUNGSGERICHT BV.2024.1 du 13 août 2024</w:t>
      </w:r>
    </w:p>
    <w:p>
      <w:r>
        <w:t>IT: BS_SOZIALVERSICHERUNGSGERICHT BV.2024.1 del 13 agosto 2024</w:t>
      </w:r>
    </w:p>
    <w:p>
      <w:pPr>
        <w:pStyle w:val="Heading2"/>
      </w:pPr>
      <w:r>
        <w:t>Volltext</w:t>
      </w:r>
    </w:p>
    <w:p>
      <w:r>
        <w:t>Sozialversicherungsgericht</w:t>
      </w:r>
    </w:p>
    <w:p>
      <w:r>
        <w:t>des Kantons Basel-Stadt</w:t>
      </w:r>
    </w:p>
    <w:p>
      <w:r>
        <w:t>URTEIL</w:t>
      </w:r>
    </w:p>
    <w:p>
      <w:r>
        <w:t>vom13. August 2024</w:t>
      </w:r>
    </w:p>
    <w:p>
      <w:r>
        <w:t>Mitwirkende</w:t>
      </w:r>
    </w:p>
    <w:p>
      <w:r>
        <w:t>lic. iur. R. Schnyder (Vorsitz), Dr. med. W. Rühl, Dr. T. Fasnacht</w:t>
      </w:r>
    </w:p>
    <w:p>
      <w:r>
        <w:t>und Gerichtsschreiberin Dr. K. Zimmermann</w:t>
      </w:r>
    </w:p>
    <w:p>
      <w:r>
        <w:t>Parteien</w:t>
      </w:r>
    </w:p>
    <w:p>
      <w:r>
        <w:t>A____</w:t>
      </w:r>
    </w:p>
    <w:p>
      <w:r>
        <w:t>[...]</w:t>
      </w:r>
    </w:p>
    <w:p>
      <w:r>
        <w:t>vertreten durch lic. iur. B____, [...]</w:t>
      </w:r>
    </w:p>
    <w:p>
      <w:r>
        <w:t>Kläger</w:t>
      </w:r>
    </w:p>
    <w:p>
      <w:r>
        <w:t>Pensionskasse C____</w:t>
      </w:r>
    </w:p>
    <w:p>
      <w:r>
        <w:t>[...]</w:t>
      </w:r>
    </w:p>
    <w:p>
      <w:r>
        <w:t>Beklagte</w:t>
      </w:r>
    </w:p>
    <w:p>
      <w:r>
        <w:t>Gegenstand</w:t>
      </w:r>
    </w:p>
    <w:p>
      <w:r>
        <w:t>BV.2024.1</w:t>
      </w:r>
    </w:p>
    <w:p>
      <w:r>
        <w:t>Klage vom 5. Februar 2024</w:t>
      </w:r>
    </w:p>
    <w:p>
      <w:r>
        <w:t>Anwendbares Vorsorgereglement; Zinsberechnung; Klagegutheissung.</w:t>
      </w:r>
    </w:p>
    <w:p>
      <w:r>
        <w:t>Die Präsidentin                                                  Die Gerichtsschreiberin</w:t>
      </w:r>
    </w:p>
    <w:p>
      <w:r>
        <w:t>lic. iur. R. SchnyderDr. K. Zimmermann</w:t>
      </w:r>
    </w:p>
    <w:p>
      <w:r>
        <w:t>Gegen diesen Entscheid kann innert 30 Tagen nach der Eröffnung der vollständigen Ausfertigung beim Bundesgericht Beschwerde eingereicht werden (Art. 100 Abs. 1 des Bundesgesetzes vom 17. Juni 2005 über das Bundesgericht [Bundesgerichtsgesetz, BGG]). Die Beschwerdefrist kann nicht erstreckt werden (Art. 47 Abs. 1 BGG). Die Beschwerdegründe sind in Art. 95 ff. BGG geregelt.</w:t>
      </w:r>
    </w:p>
    <w:p>
      <w:r>
        <w:t>Die Beschwerdeschrift ist dem Bundesgericht, Schweizerhofquai 6, 6004 Luzern, in dreifacher Ausfertigung zuzustellen. Die Beschwerdeschrift hat den Anforderungen gemäss Art. 42 BGG zu genügen; zu beachten ist dabei insbesondere:</w:t>
      </w:r>
    </w:p>
    <w:p>
      <w:r>
        <w:t>a)           Die Beschwerdeschrift ist in einer Amtssprache abzufassen und hat die Begehren, deren Begründung mit Angabe der Beweismittel und die Unterschrift zu enthalten;</w:t>
      </w:r>
    </w:p>
    <w:p>
      <w:r>
        <w:t>b)           in der Begründung ist in gedrängter Form darzulegen, inwiefern der angefochtene Entscheid Recht verletzt;</w:t>
      </w:r>
    </w:p>
    <w:p>
      <w:r>
        <w:t>c)           die Urkunden, auf die sich die Partei als Beweismittel beruft, sind beizulegen, soweit die Partei sie in Händen hat, ebenso der angefochtene Entscheid.</w:t>
      </w:r>
    </w:p>
    <w:p>
      <w:r>
        <w:t>Geht an:</w:t>
      </w:r>
    </w:p>
    <w:p>
      <w:r>
        <w:t>Versandt am: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