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 1 I 203</w:t>
      </w:r>
    </w:p>
    <w:p>
      <w:r>
        <w:t>Bundesgericht (BGE), 1875-01-01, DE</w:t>
      </w:r>
    </w:p>
    <w:p>
      <w:r>
        <w:rPr>
          <w:b/>
        </w:rPr>
        <w:t xml:space="preserve">Quelle: </w:t>
      </w:r>
      <w:r>
        <w:t>https://mcp.opencaselaw.ch/entscheid/bge_1_I_203</w:t>
      </w:r>
    </w:p>
    <w:p>
      <w:r>
        <w:t>FR: ATF 1 I 203</w:t>
      </w:r>
    </w:p>
    <w:p>
      <w:r>
        <w:t>IT: DTF 1 I 203</w:t>
      </w:r>
    </w:p>
    <w:p>
      <w:pPr>
        <w:pStyle w:val="Heading2"/>
      </w:pPr>
      <w:r>
        <w:t>Volltext</w:t>
      </w:r>
    </w:p>
    <w:p>
      <w:r>
        <w:t>IX. Gerichtsstand. 1\'0 50 u. 51. 203 9. Gerichtsstand in Concurssachen. - Du for en matiere de faillite. Vergl. N° 40. 5 L U r t ~ e if \1 0 m 8. D tt 0 b er 1 87 5 in ~ a ef} e n @i]en1i a ~ng ef eUf ef}aft ~ulge n: ® 0 U a u. A. .so~. ID3aUer \1on ffHibgarten, .ltBnigreief} ID3iirtemberg, iibertta~m butef} mettxäge \1om 12. ~e~tem1ier unb 9. ~M.lem eit ba~ je\1.1eiIen auf 'oie malt.\'liiqe gefii~rte ~teinmateriaf fofort öu @igentl)um au6utteten un'o fein ~omi5iI in mifel)of~en: öU ne~men. B. m:llfiingHef} foll .l!Batfer in SJcm~t\1.1eif! .lttß. %l)urgau, ge aI;lilla{bfhef}, .lttß. ~t. @allcn, öog er bann aber mit feiner g:amiHe nael) ~orent1)a{ unb er\1.1arb am L ~e~em6er 1874 bafetbft 'oie miei;er'(affung, inbem er bei ben bortigen me1)Brben 'oie ~ct;riften beponirte. m:m 8. ~e~ember 5J.lg er biefef&amp;en jeboel) \1.1ie'oer ~uriict, mit 'oer m:ngabe, er fei 5ufofge merfügung 'oer @efef}äftl~fii1)tung 'oer @ifenb(1)ngefellfef}aft ~~ief}tig, biefeIben in SJalt.\'tlueH ~u be: "onhen. ID3irtHef} ~inter{egte er feinen SJeimatl)fel)ein bei 'oer ®emein'oetat1)stan61ei in SJau~t\1.1ei,( unb lieB jiel) ba;dbft in 'oag m:ufent~\lltgregifter eintragen. ~a er jebod) mit feiner g:amiHe in ~orentf)al \1erbHeb, ]0 \1.1urbe er bafelbfl: ~u erneuerter m:bgabe feinet ~ef}tiften gem(1)nt un'o, 'oa er bieier m:ufforbcrung utef}t nael)tam, 'ourd) merfitgung 'oeg ®emein'oeratf)eß ID3albtircl) »om 4 . .sanuar 1875 auggc\1.11efen. ~iefe }Berfügung \1.1urbe fO\1.1o~f »om 5Beöitt13amte G;o~au alls \.lom ?lMiöeibeparfemente l.tel3 stan: ton13 ~t. @allen beftiitigt un'o ID3alfer io'oann am 9. g:elituat b • .s. mit Zanbjägerl)itlfe Todgcfdiafft, \1.1orauf er jief}, unbetannt \1.1(1)in, entfernte. C. Unterm 14. g:ebruar crtilnnte bie 5tJ.lltturgtJ.lmmifjiou 1)on 204 I. Abschnitt. Bundesverfassung. }Sifd)oföeU üliet ben unliefannt aDitlefenben llliaUet ben stonfud3, am 15. %eliruat etfolgte in ~au~titleH iiliet 'oie bafellift \,)on llliaIl'et ~utüCfge1affenen G5egenftänbe bie fonfut~tcd)md)e 3n\len, tatifation unb e~ iuutbe biefdlie tfteW5 auf }Segeftrcn ber ston ngefelIfd)aft ~roteftitenben strebitoren, itIie liefta~tet itIirb nad) &amp;bfd)lufi eineg $ergIeicf)eß, bom ~ro= l5effe ab, fo bafi bie maftngefeUfd)art nunmeftr aUfeitig af~ @igen= tftümerin ber maufteine anerfannt itIar. D. 3nöitlifd)en l)aUe bie &amp;uffalI~fommiffion bon llli~f, stt~. ®'t. G5alIen, unterm 4. IDläq 1875 lieim .suftiöbe~artement beg stanton~ ®'t. G5aUen angefragt, ob bem ~egeftren einsefner stre= bHoren beS llliaXfer um 'lCnorbnung eincß ®'e~aratfonfurfeß in }ill~1 unb G50aau %oIge öU geben lei. :!la~ 3uftil5be~artement flatte anfängHd) \lerneineno geantitlortet, änDette alier f~äter feine 'lCnfid)t unb HeB bem ?Sejirf~gerid)t~~räfibenten \,)on G50Uilu IDlitte IDlär~ mittfteHen, e~ l)aUe Dafür, baB ®'etten~ \:ler &amp;uffaU~beftörbe G50Uau ein ~eflaratfonhtr~ ülier llliaUer \:lerftängt unD burd)ge= füfttt \1.1erDen foUe. :l)araufftin itIutbe nun \)on ber &amp;uffaU~ utgau ber stontur~ gegen llliaHet erilffnet fei; aUein Dag ft. galIifd)e 3ufti3be~artement beritleigede 'oie ®'iftiruug. E. :!lie G5efd)äftg{eitltng ber @ijenlial)ltgefeUid)aft ®'u!gelt= @oaau ergriff nun ben mefurs an Daß munbeSgerid)t unb \ler f)äUntß nC'cf) ~ur .Beit 'ocr S'tonfurseröffnung; ferner l)atte Derfdbe burd) mertrag fid) lll'r~f(id)tet / :Vomi5H in miid)cf5CU ~u ner,~ men uni) es crfd)eint 'oie 'llnnaf)mc gered)tfedigt, bau Derfelbe 208 I. Abschnitt. Bundesverfassung. bamU ben IDIittefl'untt feiner srt;/itigteit af~ @ifcnbat;natforbant unter tf)urgauifd)e @etid)tgbatteit f)abe freIren woIren, luie benn aud) feine $tottefl'onben~ f)auptf/id)1id) \.)on ~auphl.1l~if au~ geid)af) unb er im IDIonat 3amtar b. 3. fowof)l in ~auptilJeil xed)tnd) betrieben, aHs 'Oor bortigem ~ricbcn~tid)teramt arg )Benagter lie- tangt ilJorben ilJar. ~iet('nHl folgt alicr, baß .!lialfer fii! aUe au;s Dem @efd)/ifte entftanDencn ~orbcrungen in Sjau~tilJei1, al{S feinem gell1/if)lten G3efd)/iftsbJ.'misil, gefud)t unD bemgem/iu aud) ber $tonfur{S für Diefellielt über if)lt ertannt ilJerl:en tonnte, inbem, wie (md) burd) 'oie ~ra;l;ig ber )Bunbegbef)ötben wieberf)olt anedcutltt luorben tft, 'oie prattifd)c mebeutung beß :!lomi3Hg gerabe in im: edeid)- terten @inireinung einer~orbetUng neftef)!. @n'tlfid) befat .!lianer ~1tt .seit beg $tonfurgaugbrud)eg in mifd)oföcIr fein anbcrilJeitigeg fefteg :!lomi~n, ilJefd)eß mit feiltem gew/if)lten Sjau~tbomi~il foltuuitt f)ätte, lnbem berfeIbe id)on ftüf)er aug ber G3emeinbe .!lialbthd) auggcluiefelt unb ffüd)tig geworben ilJax. :!liefer leilten Umftanb licred)tigte abcr nad) tf)urgauifd)em stonmrßgefeil 'oie bortige SU:uffaIrßbe1)örbe, bett stOlt- turß über .!lia!fer aU '0 erf)/ingen , unb tann baf)ei tein begrünbeter .8ilJeifd barüber obwalten, bat 1)iet ein suftlinbiger .!lieife im $tanton srf)urgau etöffneter Stoltfurß \&gt;odiegt. Sjierauß folgt, baß baß mege1)relt ber SU:uffallßtommifllon G30ßau um staffation jene5 S'tonmrß»erf(1)teng nbgewiefen ilJetben mun. D. :!lnmit tft aber aud) 'oie ~tnge gefößt, ob im stnnton ~t. GlaIren über 'oie bnfdbft befinblid)en mnufteine unb .!lied- ~euge .!lialter'g ein ~evarntfonfud3 eröffnet ilJetben bütfe. :!lenn in biefer Sjinfid)t ftef)t laut §§. 1 unb 2 beg stonforbateß i)om 7. 3unt 1810, beftätigt ben 8.3uli 1818, wdd)em ston'forbate bie stantone CGt. G3nllen unb srf)urgau beilfetreten finb, feft, baß mit ~itcfftd)t nuf bie not1)wenbige @in1)eit ber ston'furßmafie aIre @ffeften eineg ~aUiten, mögen fie liegen, wo fie ilJoIren, in 'oie Sjnltj)tmnffe abgeliefert ilJerben müiien, unb nur ~tteitig'feiten übet bng @igent1)um fold)er ?molitnen l,)ber übet ~fanbted)te an benf elben bom ~id)ter bet gdegenen ~nd;e, beif eu Utt1)eil für bi~ Sjaupmaffe \&gt;erbittDltd) tft, augllutragen finb. mun tft aber IX. Gerichtsstand. No 51 u. 52. 209 bon feinet Geite bef)altj)tet w.orben, bat itgenb einer betjenigen sttebitoren, weld)e ben Gevnratfonmtg im stnnton ~t. G3nIren lledangt l)aben, nn ben bafelbft befinblid)en ?moliHien binglid;e ~ed)te geltenb mnd;e. 7. :!lie ~emfung nUf b en ~wifd)en bet ~d)ilJei~ unb bem stönigreid)e .!liürlemberg befteI)enben ~taatg»ertrag \.)om 12. :!le~ ~ember 1825 ift unttl.ltf)ig tmb nid)t ~utreffenb, 111eil eg fid) nid)t um eine internationale @etid)tgftnnbfrage ~wifd)en ben beiben .ßänbem, fonbern um eine intetfnntonale :!lomiöHß- ref.j.1. Gle~ tid)tgftanbgftage lnut eibgenßffifd)em S'tontotbnte qanbe!t. :!lemnnd) 1)at bag munbeggetid)t ertannt: :!lag megel)ren ber SU:uffnIrßrommiffion »on G30finu um SU:uf: 1)ebung beg \.)on ber stonftttgbeqörbe in mifd)of~eIr über 301). .!lianet eröffneten S'tonfurfeg tft nbgeilJiefen, bagegen bag )Be; gel)ten bet @ifenbaf)ngefeIrfd)aft ~urgen-G3oßau unb ber SU:uffnIrg- fommiffion beg me~idßgetid)teg G30finu begrünbet erfUirt unb iJemnnd; ber \&gt;on ber SU:uffaIrßtommiffion beß )Be~idggetid)teß @.oßnu über 301). .!lialfet einge!eitete ~e»aratfonmrß mit aIren ~orgen nIg ntd)tig aufgef)oben . 52. Urtl;eH 'Oom 24. :!lqember 1875 in ~ad)en CG u t e r. A. Unter ber ~irma "G3ebruber SU:cfermannJI betrieben Sjg. 3nfob SU:cfermann, Sjß. ~eittrtd) SU:cfetmnnn unb Sjeintid; SU:dermcmn Go1)n, in ~rid, stanton SU:nrgnu, ein Sjnnbelggefd)äft. 3m 3urt 1865 ftnrb bet SU:ntf)etl'f)aber Sjß. Sjeinrid) ~cfetmann WOl)on im »lagionenbud) beg stnntonß Ilinrgnu $ormetf genom~en unb im bonigen SU:mtgblatt unterm 3. IDIärö 1866 in folgenber [Seife öffentHd)e stennmit gegeben ilJutbe: ,,3n ber ffirma "G3ebrüber SU:cfermann in ~ticf ifi ber metf)eifigte Sjett ~ang "Sjeintid) SU:cfetmnnn geftorben. 1I 3m ~ommer 1866 brad) fobann übet 'oie ~itma G3ebrüber SU:cfetmann ber $tonfurß \lug . , tn weld)em \.)om bamnHgen Glelbßtaggabgeorbnclen, $i3e~räfibent 14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